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1C5B3" w14:textId="77777777" w:rsidR="00762DDC" w:rsidRDefault="00000000">
      <w:pPr>
        <w:jc w:val="center"/>
      </w:pPr>
      <w:r>
        <w:rPr>
          <w:b/>
        </w:rPr>
        <w:t>Digite o título do resumo aqui</w:t>
      </w:r>
    </w:p>
    <w:p w14:paraId="169A6535" w14:textId="77777777" w:rsidR="00762DDC" w:rsidRDefault="00000000">
      <w:pPr>
        <w:jc w:val="center"/>
      </w:pPr>
      <w:r>
        <w:t>Digite os autores aqui (Ex.: Santos FA¹, Chaves MH², Magalhães PJC¹)</w:t>
      </w:r>
    </w:p>
    <w:p w14:paraId="3C295B6D" w14:textId="77777777" w:rsidR="00762DDC" w:rsidRDefault="00000000">
      <w:pPr>
        <w:jc w:val="center"/>
      </w:pPr>
      <w:r>
        <w:t>¹ Universidade/Faculdade/Departamento</w:t>
      </w:r>
      <w:r>
        <w:br/>
        <w:t>² Universidade/Faculdade/Departamento</w:t>
      </w:r>
    </w:p>
    <w:p w14:paraId="19A52EC8" w14:textId="77777777" w:rsidR="00762DDC" w:rsidRDefault="00762DDC"/>
    <w:p w14:paraId="71005B63" w14:textId="77777777" w:rsidR="00762DDC" w:rsidRDefault="00000000">
      <w:r>
        <w:rPr>
          <w:b/>
        </w:rPr>
        <w:t xml:space="preserve">Introdução: </w:t>
      </w:r>
      <w:r>
        <w:t>[Digite o texto aqui...]</w:t>
      </w:r>
    </w:p>
    <w:p w14:paraId="35BECFAA" w14:textId="77777777" w:rsidR="00762DDC" w:rsidRDefault="00000000">
      <w:r>
        <w:rPr>
          <w:b/>
        </w:rPr>
        <w:t xml:space="preserve">Metodologia: </w:t>
      </w:r>
      <w:r>
        <w:t>[Digite o texto aqui...]</w:t>
      </w:r>
    </w:p>
    <w:p w14:paraId="74317968" w14:textId="77777777" w:rsidR="00762DDC" w:rsidRDefault="00000000">
      <w:r>
        <w:rPr>
          <w:b/>
        </w:rPr>
        <w:t xml:space="preserve">Resultados: </w:t>
      </w:r>
      <w:r>
        <w:t>[Digite o texto aqui...]</w:t>
      </w:r>
    </w:p>
    <w:p w14:paraId="290B8404" w14:textId="77777777" w:rsidR="00762DDC" w:rsidRDefault="00000000">
      <w:r>
        <w:rPr>
          <w:b/>
        </w:rPr>
        <w:t xml:space="preserve">Conclusão: </w:t>
      </w:r>
      <w:r>
        <w:t>[Digite o texto aqui...]</w:t>
      </w:r>
    </w:p>
    <w:p w14:paraId="2F838373" w14:textId="4E316DEC" w:rsidR="00762DDC" w:rsidRDefault="00000000" w:rsidP="0047560D">
      <w:r>
        <w:rPr>
          <w:b/>
        </w:rPr>
        <w:t xml:space="preserve">Apoio Financeiro: </w:t>
      </w:r>
      <w:r>
        <w:t>[Digite o texto aqui...]</w:t>
      </w:r>
    </w:p>
    <w:sectPr w:rsidR="00762DDC" w:rsidSect="000346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7DD21" w14:textId="77777777" w:rsidR="00476A19" w:rsidRDefault="00476A19" w:rsidP="00582C96">
      <w:pPr>
        <w:spacing w:after="0" w:line="240" w:lineRule="auto"/>
      </w:pPr>
      <w:r>
        <w:separator/>
      </w:r>
    </w:p>
  </w:endnote>
  <w:endnote w:type="continuationSeparator" w:id="0">
    <w:p w14:paraId="50299736" w14:textId="77777777" w:rsidR="00476A19" w:rsidRDefault="00476A19" w:rsidP="00582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19AA2" w14:textId="77777777" w:rsidR="00582C96" w:rsidRDefault="00582C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615E4" w14:textId="77777777" w:rsidR="00582C96" w:rsidRDefault="00582C9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CF7A5" w14:textId="77777777" w:rsidR="00582C96" w:rsidRDefault="00582C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B1923" w14:textId="77777777" w:rsidR="00476A19" w:rsidRDefault="00476A19" w:rsidP="00582C96">
      <w:pPr>
        <w:spacing w:after="0" w:line="240" w:lineRule="auto"/>
      </w:pPr>
      <w:r>
        <w:separator/>
      </w:r>
    </w:p>
  </w:footnote>
  <w:footnote w:type="continuationSeparator" w:id="0">
    <w:p w14:paraId="78E166C3" w14:textId="77777777" w:rsidR="00476A19" w:rsidRDefault="00476A19" w:rsidP="00582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C767E" w14:textId="77777777" w:rsidR="00582C96" w:rsidRDefault="00582C9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2F0B2" w14:textId="4E8808E0" w:rsidR="00582C96" w:rsidRDefault="00582C96" w:rsidP="00582C96">
    <w:pPr>
      <w:pStyle w:val="Cabealho"/>
      <w:jc w:val="center"/>
    </w:pPr>
    <w:r>
      <w:rPr>
        <w:noProof/>
      </w:rPr>
      <w:drawing>
        <wp:inline distT="0" distB="0" distL="0" distR="0" wp14:anchorId="53C964D2" wp14:editId="702DB842">
          <wp:extent cx="1552575" cy="1552575"/>
          <wp:effectExtent l="0" t="0" r="0" b="0"/>
          <wp:docPr id="1733326931" name="Imagem 1" descr="Texto branco sobre fundo pre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3326931" name="Imagem 1" descr="Texto branco sobre fundo preto&#10;&#10;O conteúdo gerado por IA pode estar incorre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55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79DE2" w14:textId="77777777" w:rsidR="00582C96" w:rsidRDefault="00582C9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59208735">
    <w:abstractNumId w:val="8"/>
  </w:num>
  <w:num w:numId="2" w16cid:durableId="1214855073">
    <w:abstractNumId w:val="6"/>
  </w:num>
  <w:num w:numId="3" w16cid:durableId="455561654">
    <w:abstractNumId w:val="5"/>
  </w:num>
  <w:num w:numId="4" w16cid:durableId="1492258032">
    <w:abstractNumId w:val="4"/>
  </w:num>
  <w:num w:numId="5" w16cid:durableId="875847932">
    <w:abstractNumId w:val="7"/>
  </w:num>
  <w:num w:numId="6" w16cid:durableId="1103962101">
    <w:abstractNumId w:val="3"/>
  </w:num>
  <w:num w:numId="7" w16cid:durableId="1409032122">
    <w:abstractNumId w:val="2"/>
  </w:num>
  <w:num w:numId="8" w16cid:durableId="800150966">
    <w:abstractNumId w:val="1"/>
  </w:num>
  <w:num w:numId="9" w16cid:durableId="1398480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B44A4"/>
    <w:rsid w:val="0015074B"/>
    <w:rsid w:val="0029639D"/>
    <w:rsid w:val="00326F90"/>
    <w:rsid w:val="0047560D"/>
    <w:rsid w:val="00476A19"/>
    <w:rsid w:val="00582C96"/>
    <w:rsid w:val="00762DDC"/>
    <w:rsid w:val="00AA1D8D"/>
    <w:rsid w:val="00B47730"/>
    <w:rsid w:val="00B57746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3E068A"/>
  <w14:defaultImageDpi w14:val="300"/>
  <w15:docId w15:val="{550FAE10-C816-47F1-BF52-9C6EE506E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Leandro Pastorino de Oliveira</cp:lastModifiedBy>
  <cp:revision>3</cp:revision>
  <dcterms:created xsi:type="dcterms:W3CDTF">2013-12-23T23:15:00Z</dcterms:created>
  <dcterms:modified xsi:type="dcterms:W3CDTF">2025-11-06T15:49:00Z</dcterms:modified>
  <cp:category/>
</cp:coreProperties>
</file>